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DFC1" w14:textId="77777777" w:rsidR="002823C2" w:rsidRDefault="002823C2" w:rsidP="002823C2">
      <w:pPr>
        <w:jc w:val="center"/>
        <w:rPr>
          <w:sz w:val="28"/>
          <w:szCs w:val="28"/>
          <w:rtl/>
        </w:rPr>
      </w:pPr>
      <w:r w:rsidRPr="002823C2">
        <w:rPr>
          <w:b/>
          <w:bCs/>
          <w:sz w:val="28"/>
          <w:szCs w:val="28"/>
          <w:rtl/>
        </w:rPr>
        <w:t>الأرنب الأزرق</w:t>
      </w:r>
      <w:r w:rsidRPr="002823C2">
        <w:rPr>
          <w:sz w:val="28"/>
          <w:szCs w:val="28"/>
        </w:rPr>
        <w:br/>
      </w:r>
      <w:proofErr w:type="spellStart"/>
      <w:r w:rsidRPr="002823C2">
        <w:rPr>
          <w:sz w:val="28"/>
          <w:szCs w:val="28"/>
          <w:rtl/>
        </w:rPr>
        <w:t>دوشكو</w:t>
      </w:r>
      <w:proofErr w:type="spellEnd"/>
      <w:r w:rsidRPr="002823C2">
        <w:rPr>
          <w:sz w:val="28"/>
          <w:szCs w:val="28"/>
          <w:rtl/>
        </w:rPr>
        <w:t xml:space="preserve"> </w:t>
      </w:r>
      <w:proofErr w:type="spellStart"/>
      <w:r w:rsidRPr="002823C2">
        <w:rPr>
          <w:sz w:val="28"/>
          <w:szCs w:val="28"/>
          <w:rtl/>
        </w:rPr>
        <w:t>رادوفيتش</w:t>
      </w:r>
      <w:proofErr w:type="spellEnd"/>
    </w:p>
    <w:p w14:paraId="199D56F4" w14:textId="77777777" w:rsidR="00B94365" w:rsidRDefault="00B94365" w:rsidP="002823C2">
      <w:pPr>
        <w:jc w:val="center"/>
        <w:rPr>
          <w:sz w:val="28"/>
          <w:szCs w:val="28"/>
          <w:rtl/>
        </w:rPr>
      </w:pPr>
    </w:p>
    <w:p w14:paraId="3B2F6968" w14:textId="24EB9572" w:rsidR="00B94365" w:rsidRPr="002823C2" w:rsidRDefault="00B94365" w:rsidP="002823C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CD10802" wp14:editId="7A2D2D82">
            <wp:extent cx="1872000" cy="2141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bbit_p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214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39807" w14:textId="62AFBF7E" w:rsidR="002823C2" w:rsidRPr="002823C2" w:rsidRDefault="002823C2" w:rsidP="002823C2">
      <w:pPr>
        <w:jc w:val="right"/>
      </w:pPr>
      <w:r w:rsidRPr="002823C2">
        <w:rPr>
          <w:rtl/>
        </w:rPr>
        <w:t>قطعتُ ثلاثَ بلادٍ</w:t>
      </w:r>
      <w:r>
        <w:rPr>
          <w:rFonts w:hint="cs"/>
          <w:rtl/>
        </w:rPr>
        <w:t xml:space="preserve">                   </w:t>
      </w:r>
      <w:r w:rsidRPr="002823C2">
        <w:br/>
      </w:r>
      <w:r w:rsidRPr="002823C2">
        <w:rPr>
          <w:rtl/>
        </w:rPr>
        <w:t>وعبرتُ ثلاثَ جبالٍ</w:t>
      </w:r>
      <w:r w:rsidRPr="002823C2">
        <w:br/>
      </w:r>
      <w:r w:rsidRPr="002823C2">
        <w:rPr>
          <w:rtl/>
        </w:rPr>
        <w:t>وسبحتُ ثلاثَ بحارٍ</w:t>
      </w:r>
      <w:r w:rsidRPr="002823C2">
        <w:br/>
      </w:r>
      <w:r w:rsidRPr="002823C2">
        <w:rPr>
          <w:rtl/>
        </w:rPr>
        <w:t>حتى اصطدته أخيرًا</w:t>
      </w:r>
      <w:r w:rsidRPr="002823C2">
        <w:br/>
      </w:r>
      <w:r w:rsidRPr="002823C2">
        <w:rPr>
          <w:rtl/>
        </w:rPr>
        <w:t>الأرنب الأزرق</w:t>
      </w:r>
      <w:r w:rsidRPr="002823C2">
        <w:br/>
      </w:r>
      <w:r w:rsidRPr="002823C2">
        <w:rPr>
          <w:rtl/>
        </w:rPr>
        <w:t>الأرنب الغريب</w:t>
      </w:r>
      <w:r w:rsidRPr="002823C2">
        <w:br/>
      </w:r>
      <w:r w:rsidRPr="002823C2">
        <w:rPr>
          <w:rtl/>
        </w:rPr>
        <w:t>الوحيد في العالم</w:t>
      </w:r>
      <w:r>
        <w:rPr>
          <w:rFonts w:hint="cs"/>
          <w:rtl/>
        </w:rPr>
        <w:t>!</w:t>
      </w:r>
    </w:p>
    <w:p w14:paraId="3A6BFEC3" w14:textId="4DE95035" w:rsidR="002823C2" w:rsidRPr="002823C2" w:rsidRDefault="002823C2" w:rsidP="002823C2">
      <w:pPr>
        <w:jc w:val="right"/>
      </w:pPr>
      <w:r w:rsidRPr="002823C2">
        <w:rPr>
          <w:rtl/>
        </w:rPr>
        <w:t>هذا الأرنب</w:t>
      </w:r>
      <w:r w:rsidRPr="002823C2">
        <w:br/>
      </w:r>
      <w:r w:rsidRPr="002823C2">
        <w:rPr>
          <w:rtl/>
        </w:rPr>
        <w:t>يعرف أن يعزف</w:t>
      </w:r>
      <w:r w:rsidRPr="002823C2">
        <w:br/>
      </w:r>
      <w:r w:rsidRPr="002823C2">
        <w:rPr>
          <w:rtl/>
        </w:rPr>
        <w:t>هذا الأرنب</w:t>
      </w:r>
      <w:r w:rsidRPr="002823C2">
        <w:br/>
      </w:r>
      <w:r w:rsidRPr="002823C2">
        <w:rPr>
          <w:rtl/>
        </w:rPr>
        <w:t>يعرف أن ينسج</w:t>
      </w:r>
      <w:r w:rsidRPr="002823C2">
        <w:br/>
      </w:r>
      <w:r w:rsidRPr="002823C2">
        <w:rPr>
          <w:rtl/>
        </w:rPr>
        <w:t>هذا الأرنب</w:t>
      </w:r>
      <w:r w:rsidRPr="002823C2">
        <w:br/>
      </w:r>
      <w:r w:rsidRPr="002823C2">
        <w:rPr>
          <w:rtl/>
        </w:rPr>
        <w:t>يطبخ الطعام</w:t>
      </w:r>
      <w:r w:rsidRPr="002823C2">
        <w:br/>
      </w:r>
      <w:r w:rsidRPr="002823C2">
        <w:rPr>
          <w:rtl/>
        </w:rPr>
        <w:t>وهذا الأرنب</w:t>
      </w:r>
      <w:r w:rsidRPr="002823C2">
        <w:br/>
      </w:r>
      <w:r w:rsidRPr="002823C2">
        <w:rPr>
          <w:rtl/>
        </w:rPr>
        <w:t>ينظف البيت</w:t>
      </w:r>
      <w:r w:rsidRPr="002823C2">
        <w:br/>
      </w:r>
      <w:r w:rsidRPr="002823C2">
        <w:rPr>
          <w:rtl/>
        </w:rPr>
        <w:t>هذا الأرنب</w:t>
      </w:r>
      <w:r w:rsidRPr="002823C2">
        <w:br/>
      </w:r>
      <w:r w:rsidRPr="002823C2">
        <w:rPr>
          <w:rtl/>
        </w:rPr>
        <w:t>يحسن الحياكة</w:t>
      </w:r>
      <w:r w:rsidRPr="002823C2">
        <w:br/>
      </w:r>
      <w:r w:rsidRPr="002823C2">
        <w:rPr>
          <w:rtl/>
        </w:rPr>
        <w:t>هذا الأرنب</w:t>
      </w:r>
      <w:r w:rsidRPr="002823C2">
        <w:br/>
      </w:r>
      <w:r w:rsidRPr="002823C2">
        <w:rPr>
          <w:rtl/>
        </w:rPr>
        <w:lastRenderedPageBreak/>
        <w:t>يجيد الحصاد</w:t>
      </w:r>
      <w:r w:rsidRPr="002823C2">
        <w:br/>
      </w:r>
      <w:r w:rsidRPr="002823C2">
        <w:rPr>
          <w:rtl/>
        </w:rPr>
        <w:t>ويخيط ويشرب</w:t>
      </w:r>
      <w:r w:rsidRPr="002823C2">
        <w:br/>
      </w:r>
      <w:r w:rsidRPr="002823C2">
        <w:rPr>
          <w:rtl/>
        </w:rPr>
        <w:t>ويتكلم الفرنسية</w:t>
      </w:r>
      <w:r w:rsidRPr="002823C2">
        <w:br/>
      </w:r>
      <w:r w:rsidRPr="002823C2">
        <w:rPr>
          <w:rtl/>
        </w:rPr>
        <w:t>ويفهم كل شيء</w:t>
      </w:r>
      <w:r>
        <w:rPr>
          <w:rFonts w:hint="cs"/>
          <w:rtl/>
        </w:rPr>
        <w:t xml:space="preserve">!                                                                                    </w:t>
      </w:r>
      <w:r w:rsidRPr="002823C2">
        <w:br/>
      </w:r>
      <w:r w:rsidRPr="002823C2">
        <w:rPr>
          <w:rtl/>
        </w:rPr>
        <w:t>الأرنب الأزرق</w:t>
      </w:r>
      <w:r w:rsidRPr="002823C2">
        <w:br/>
      </w:r>
      <w:r w:rsidRPr="002823C2">
        <w:rPr>
          <w:rtl/>
        </w:rPr>
        <w:t>الأرنب الغريب</w:t>
      </w:r>
      <w:r w:rsidRPr="002823C2">
        <w:br/>
      </w:r>
      <w:r w:rsidRPr="002823C2">
        <w:rPr>
          <w:rtl/>
        </w:rPr>
        <w:t>الوحيد في العالم</w:t>
      </w:r>
      <w:r>
        <w:rPr>
          <w:rFonts w:hint="cs"/>
          <w:rtl/>
        </w:rPr>
        <w:t>!</w:t>
      </w:r>
    </w:p>
    <w:p w14:paraId="5C195DD9" w14:textId="59B585A0" w:rsidR="002823C2" w:rsidRPr="002823C2" w:rsidRDefault="002823C2" w:rsidP="002823C2">
      <w:pPr>
        <w:jc w:val="right"/>
      </w:pPr>
      <w:r w:rsidRPr="002823C2">
        <w:rPr>
          <w:rtl/>
        </w:rPr>
        <w:t>كنت أريد أن أعطيه لكم</w:t>
      </w:r>
      <w:r w:rsidRPr="002823C2">
        <w:br/>
      </w:r>
      <w:r w:rsidRPr="002823C2">
        <w:rPr>
          <w:rtl/>
        </w:rPr>
        <w:t>ليغسل لكم</w:t>
      </w:r>
      <w:r w:rsidRPr="002823C2">
        <w:br/>
      </w:r>
      <w:r w:rsidRPr="002823C2">
        <w:rPr>
          <w:rtl/>
        </w:rPr>
        <w:t>وليخيط لكم</w:t>
      </w:r>
      <w:r w:rsidRPr="002823C2">
        <w:br/>
      </w:r>
      <w:r w:rsidRPr="002823C2">
        <w:rPr>
          <w:rtl/>
        </w:rPr>
        <w:t>وليقصّ لكم</w:t>
      </w:r>
      <w:r w:rsidRPr="002823C2">
        <w:br/>
      </w:r>
      <w:r w:rsidRPr="002823C2">
        <w:rPr>
          <w:rtl/>
        </w:rPr>
        <w:t>وليعُدّ لكم</w:t>
      </w:r>
      <w:r w:rsidRPr="002823C2">
        <w:br/>
      </w:r>
      <w:proofErr w:type="spellStart"/>
      <w:r w:rsidRPr="002823C2">
        <w:rPr>
          <w:rtl/>
        </w:rPr>
        <w:t>وليحاك</w:t>
      </w:r>
      <w:proofErr w:type="spellEnd"/>
      <w:r w:rsidRPr="002823C2">
        <w:rPr>
          <w:rtl/>
        </w:rPr>
        <w:t xml:space="preserve"> لكم</w:t>
      </w:r>
      <w:r w:rsidRPr="002823C2">
        <w:br/>
      </w:r>
      <w:r w:rsidRPr="002823C2">
        <w:rPr>
          <w:rtl/>
        </w:rPr>
        <w:t>ولينظّف لكم</w:t>
      </w:r>
      <w:r w:rsidRPr="002823C2">
        <w:br/>
      </w:r>
      <w:r w:rsidRPr="002823C2">
        <w:rPr>
          <w:rtl/>
        </w:rPr>
        <w:t>وليطبخ لكم</w:t>
      </w:r>
      <w:r w:rsidRPr="002823C2">
        <w:br/>
      </w:r>
      <w:r w:rsidRPr="002823C2">
        <w:rPr>
          <w:rtl/>
        </w:rPr>
        <w:t>وليرعاكم</w:t>
      </w:r>
      <w:r w:rsidRPr="002823C2">
        <w:br/>
      </w:r>
      <w:r w:rsidRPr="002823C2">
        <w:rPr>
          <w:rtl/>
        </w:rPr>
        <w:t>وليغني لكم</w:t>
      </w:r>
      <w:r w:rsidRPr="002823C2">
        <w:br/>
      </w:r>
      <w:r w:rsidRPr="002823C2">
        <w:rPr>
          <w:rtl/>
        </w:rPr>
        <w:t>ويرسم الصور</w:t>
      </w:r>
      <w:r w:rsidRPr="002823C2">
        <w:br/>
      </w:r>
      <w:r w:rsidRPr="002823C2">
        <w:rPr>
          <w:rtl/>
        </w:rPr>
        <w:t>ويتحادث بالفرنسية</w:t>
      </w:r>
      <w:r w:rsidRPr="002823C2">
        <w:br/>
      </w:r>
      <w:r w:rsidRPr="002823C2">
        <w:rPr>
          <w:rtl/>
        </w:rPr>
        <w:t>الأرنب الأزرق</w:t>
      </w:r>
      <w:r w:rsidRPr="002823C2">
        <w:br/>
      </w:r>
      <w:r w:rsidRPr="002823C2">
        <w:rPr>
          <w:rtl/>
        </w:rPr>
        <w:t>الأرنب الغريب</w:t>
      </w:r>
      <w:r w:rsidRPr="002823C2">
        <w:br/>
      </w:r>
      <w:r w:rsidRPr="002823C2">
        <w:rPr>
          <w:rtl/>
        </w:rPr>
        <w:t>الوحيد في العالم</w:t>
      </w:r>
      <w:r>
        <w:rPr>
          <w:rFonts w:hint="cs"/>
          <w:rtl/>
        </w:rPr>
        <w:t>!</w:t>
      </w:r>
    </w:p>
    <w:p w14:paraId="543233F5" w14:textId="1C644BDD" w:rsidR="002823C2" w:rsidRPr="002823C2" w:rsidRDefault="002823C2" w:rsidP="002823C2">
      <w:pPr>
        <w:jc w:val="right"/>
      </w:pPr>
      <w:r w:rsidRPr="002823C2">
        <w:rPr>
          <w:rtl/>
        </w:rPr>
        <w:t>وضعتُ الأرنب في الكيس</w:t>
      </w:r>
      <w:r w:rsidRPr="002823C2">
        <w:br/>
      </w:r>
      <w:r w:rsidRPr="002823C2">
        <w:rPr>
          <w:rtl/>
        </w:rPr>
        <w:t>وسرعتُ نحو بيتي</w:t>
      </w:r>
      <w:r w:rsidRPr="002823C2">
        <w:br/>
      </w:r>
      <w:r w:rsidRPr="002823C2">
        <w:rPr>
          <w:rtl/>
        </w:rPr>
        <w:t>لكن عندما وصلنا أمام البيت</w:t>
      </w:r>
      <w:r w:rsidRPr="002823C2">
        <w:br/>
      </w:r>
      <w:r w:rsidRPr="002823C2">
        <w:rPr>
          <w:rtl/>
        </w:rPr>
        <w:t>بدأ الأرنب يهمس</w:t>
      </w:r>
      <w:r>
        <w:rPr>
          <w:rFonts w:hint="cs"/>
          <w:rtl/>
        </w:rPr>
        <w:t>:</w:t>
      </w:r>
    </w:p>
    <w:p w14:paraId="25002DF3" w14:textId="131DF893" w:rsidR="002823C2" w:rsidRPr="002823C2" w:rsidRDefault="002823C2" w:rsidP="002823C2">
      <w:pPr>
        <w:ind w:left="360"/>
        <w:jc w:val="right"/>
      </w:pPr>
      <w:r w:rsidRPr="002823C2">
        <w:rPr>
          <w:rtl/>
        </w:rPr>
        <w:t>دعني أيها الصياد</w:t>
      </w:r>
      <w:r w:rsidRPr="002823C2">
        <w:br/>
      </w:r>
      <w:r w:rsidRPr="002823C2">
        <w:rPr>
          <w:rtl/>
        </w:rPr>
        <w:t>أيها الصياد الشجاع</w:t>
      </w:r>
      <w:r w:rsidRPr="002823C2">
        <w:br/>
      </w:r>
      <w:r w:rsidRPr="002823C2">
        <w:rPr>
          <w:rtl/>
        </w:rPr>
        <w:t>لأمشّط شعري</w:t>
      </w:r>
      <w:r w:rsidRPr="002823C2">
        <w:br/>
      </w:r>
      <w:r w:rsidRPr="002823C2">
        <w:rPr>
          <w:rtl/>
        </w:rPr>
        <w:t>ولأغسل وجهي</w:t>
      </w:r>
      <w:r w:rsidRPr="002823C2">
        <w:br/>
      </w:r>
      <w:r w:rsidRPr="002823C2">
        <w:rPr>
          <w:rtl/>
        </w:rPr>
        <w:t>ولأقصّ أظافري</w:t>
      </w:r>
      <w:r w:rsidRPr="002823C2">
        <w:br/>
      </w:r>
      <w:r w:rsidRPr="002823C2">
        <w:rPr>
          <w:rtl/>
        </w:rPr>
        <w:t>ولأعدّل قامتي</w:t>
      </w:r>
      <w:r w:rsidRPr="002823C2">
        <w:br/>
      </w:r>
      <w:r w:rsidRPr="002823C2">
        <w:rPr>
          <w:rtl/>
        </w:rPr>
        <w:t>ولأحسّن صوتي</w:t>
      </w:r>
      <w:r w:rsidRPr="002823C2">
        <w:br/>
      </w:r>
      <w:r w:rsidRPr="002823C2">
        <w:rPr>
          <w:rtl/>
        </w:rPr>
        <w:t>ليراه الأطفال</w:t>
      </w:r>
      <w:r w:rsidRPr="002823C2">
        <w:br/>
      </w:r>
      <w:r w:rsidRPr="002823C2">
        <w:rPr>
          <w:rtl/>
        </w:rPr>
        <w:t>الأرنب الأزرق</w:t>
      </w:r>
      <w:r w:rsidRPr="002823C2">
        <w:br/>
      </w:r>
      <w:r w:rsidRPr="002823C2">
        <w:rPr>
          <w:rtl/>
        </w:rPr>
        <w:lastRenderedPageBreak/>
        <w:t>الأرنب الغريب</w:t>
      </w:r>
      <w:r w:rsidRPr="002823C2">
        <w:br/>
      </w:r>
      <w:r w:rsidRPr="002823C2">
        <w:rPr>
          <w:rtl/>
        </w:rPr>
        <w:t>الوحيد في العالم</w:t>
      </w:r>
      <w:r>
        <w:rPr>
          <w:rFonts w:hint="cs"/>
          <w:rtl/>
        </w:rPr>
        <w:t>!</w:t>
      </w:r>
      <w:r w:rsidRPr="002823C2">
        <w:t xml:space="preserve"> </w:t>
      </w:r>
    </w:p>
    <w:p w14:paraId="12EF84FE" w14:textId="3A187900" w:rsidR="002823C2" w:rsidRDefault="002823C2" w:rsidP="002823C2">
      <w:pPr>
        <w:jc w:val="right"/>
        <w:rPr>
          <w:rtl/>
        </w:rPr>
      </w:pPr>
      <w:r w:rsidRPr="002823C2">
        <w:rPr>
          <w:rtl/>
        </w:rPr>
        <w:t>أطلقتُ سراحه من الكيس</w:t>
      </w:r>
      <w:r w:rsidRPr="002823C2">
        <w:br/>
      </w:r>
      <w:r w:rsidRPr="002823C2">
        <w:rPr>
          <w:rtl/>
        </w:rPr>
        <w:t>لكن الأرنب لم يمشّط شعره</w:t>
      </w:r>
      <w:r w:rsidRPr="002823C2">
        <w:br/>
      </w:r>
      <w:r w:rsidRPr="002823C2">
        <w:rPr>
          <w:rtl/>
        </w:rPr>
        <w:t>ولم يغسل وجهه</w:t>
      </w:r>
      <w:r w:rsidRPr="002823C2">
        <w:br/>
      </w:r>
      <w:r w:rsidRPr="002823C2">
        <w:rPr>
          <w:rtl/>
        </w:rPr>
        <w:t>ولم يقصّ أظافره</w:t>
      </w:r>
      <w:r w:rsidRPr="002823C2">
        <w:br/>
      </w:r>
      <w:r w:rsidRPr="002823C2">
        <w:rPr>
          <w:rtl/>
        </w:rPr>
        <w:t>ولم يعدّل قامته</w:t>
      </w:r>
      <w:r w:rsidRPr="002823C2">
        <w:br/>
      </w:r>
      <w:r w:rsidRPr="002823C2">
        <w:rPr>
          <w:rtl/>
        </w:rPr>
        <w:t>ولم يحسّن صوته</w:t>
      </w:r>
      <w:r w:rsidRPr="002823C2">
        <w:br/>
      </w:r>
      <w:r w:rsidRPr="002823C2">
        <w:rPr>
          <w:rtl/>
        </w:rPr>
        <w:t>بل هرب، يا للأسف</w:t>
      </w:r>
      <w:r w:rsidRPr="002823C2">
        <w:br/>
      </w:r>
      <w:r w:rsidRPr="002823C2">
        <w:rPr>
          <w:rtl/>
        </w:rPr>
        <w:t>إلى آخر الدنيا</w:t>
      </w:r>
      <w:r w:rsidRPr="002823C2">
        <w:br/>
      </w:r>
      <w:r w:rsidRPr="002823C2">
        <w:rPr>
          <w:rtl/>
        </w:rPr>
        <w:t>يا للمصيبة</w:t>
      </w:r>
      <w:r>
        <w:rPr>
          <w:rFonts w:hint="cs"/>
          <w:rtl/>
        </w:rPr>
        <w:t>!</w:t>
      </w:r>
      <w:r w:rsidRPr="002823C2">
        <w:br/>
      </w:r>
      <w:r w:rsidRPr="002823C2">
        <w:rPr>
          <w:rtl/>
        </w:rPr>
        <w:t>الأرنب الأزرق</w:t>
      </w:r>
      <w:r w:rsidRPr="002823C2">
        <w:br/>
      </w:r>
      <w:r w:rsidRPr="002823C2">
        <w:rPr>
          <w:rtl/>
        </w:rPr>
        <w:t>الأرنب الغريب</w:t>
      </w:r>
      <w:r w:rsidRPr="002823C2">
        <w:br/>
      </w:r>
      <w:r w:rsidRPr="002823C2">
        <w:rPr>
          <w:rtl/>
        </w:rPr>
        <w:t>الوحيد في العالم</w:t>
      </w:r>
      <w:r>
        <w:rPr>
          <w:rFonts w:hint="cs"/>
          <w:rtl/>
        </w:rPr>
        <w:t>!</w:t>
      </w:r>
    </w:p>
    <w:p w14:paraId="4754AAB0" w14:textId="77777777" w:rsidR="00B94365" w:rsidRDefault="00B94365" w:rsidP="002823C2">
      <w:pPr>
        <w:jc w:val="right"/>
        <w:rPr>
          <w:rtl/>
        </w:rPr>
      </w:pPr>
    </w:p>
    <w:p w14:paraId="21271222" w14:textId="4EDA4482" w:rsidR="00B94365" w:rsidRDefault="00B94365" w:rsidP="00B94365">
      <w:pPr>
        <w:jc w:val="center"/>
        <w:rPr>
          <w:b/>
          <w:bCs/>
          <w:sz w:val="28"/>
          <w:szCs w:val="28"/>
          <w:rtl/>
        </w:rPr>
      </w:pPr>
      <w:r w:rsidRPr="00B94365">
        <w:rPr>
          <w:b/>
          <w:bCs/>
          <w:sz w:val="28"/>
          <w:szCs w:val="28"/>
          <w:rtl/>
        </w:rPr>
        <w:t>الأرنب الأزرق</w:t>
      </w:r>
      <w:r w:rsidRPr="00B94365">
        <w:rPr>
          <w:b/>
          <w:bCs/>
          <w:sz w:val="28"/>
          <w:szCs w:val="28"/>
        </w:rPr>
        <w:br/>
      </w:r>
      <w:proofErr w:type="spellStart"/>
      <w:r w:rsidRPr="00B94365">
        <w:rPr>
          <w:b/>
          <w:bCs/>
          <w:sz w:val="28"/>
          <w:szCs w:val="28"/>
          <w:rtl/>
        </w:rPr>
        <w:t>دوشكو</w:t>
      </w:r>
      <w:proofErr w:type="spellEnd"/>
      <w:r w:rsidRPr="00B94365">
        <w:rPr>
          <w:b/>
          <w:bCs/>
          <w:sz w:val="28"/>
          <w:szCs w:val="28"/>
          <w:rtl/>
        </w:rPr>
        <w:t xml:space="preserve"> </w:t>
      </w:r>
      <w:proofErr w:type="spellStart"/>
      <w:r w:rsidRPr="00B94365">
        <w:rPr>
          <w:b/>
          <w:bCs/>
          <w:sz w:val="28"/>
          <w:szCs w:val="28"/>
          <w:rtl/>
        </w:rPr>
        <w:t>رادوفيتش</w:t>
      </w:r>
      <w:proofErr w:type="spellEnd"/>
    </w:p>
    <w:p w14:paraId="4260B6BD" w14:textId="6C5610DE" w:rsidR="00B94365" w:rsidRDefault="00B94365" w:rsidP="00B94365">
      <w:pPr>
        <w:jc w:val="right"/>
        <w:rPr>
          <w:b/>
          <w:bCs/>
          <w:szCs w:val="24"/>
          <w:rtl/>
        </w:rPr>
      </w:pPr>
      <w:r w:rsidRPr="00B94365">
        <w:rPr>
          <w:b/>
          <w:bCs/>
          <w:szCs w:val="24"/>
          <w:rtl/>
        </w:rPr>
        <w:t>الكلمات غير المعروفة</w:t>
      </w:r>
      <w:r w:rsidRPr="00B94365">
        <w:rPr>
          <w:rFonts w:hint="cs"/>
          <w:b/>
          <w:bCs/>
          <w:szCs w:val="24"/>
          <w:rtl/>
        </w:rPr>
        <w:t>:</w:t>
      </w:r>
    </w:p>
    <w:p w14:paraId="6231C40B" w14:textId="69CD6806" w:rsidR="00B94365" w:rsidRDefault="00B94365" w:rsidP="00B94365">
      <w:pPr>
        <w:jc w:val="right"/>
        <w:rPr>
          <w:szCs w:val="24"/>
          <w:rtl/>
        </w:rPr>
      </w:pPr>
      <w:r w:rsidRPr="00B94365">
        <w:rPr>
          <w:szCs w:val="24"/>
          <w:rtl/>
        </w:rPr>
        <w:t>الجبل: مرتفع طبيعي كبير</w:t>
      </w:r>
    </w:p>
    <w:p w14:paraId="2BE5708D" w14:textId="531BFF6F" w:rsidR="00B94365" w:rsidRDefault="00B94365" w:rsidP="00B94365">
      <w:pPr>
        <w:jc w:val="right"/>
        <w:rPr>
          <w:szCs w:val="24"/>
          <w:rtl/>
        </w:rPr>
      </w:pPr>
      <w:r w:rsidRPr="00B94365">
        <w:rPr>
          <w:szCs w:val="24"/>
          <w:rtl/>
        </w:rPr>
        <w:t>ينظّف: يزيل الأوساخ</w:t>
      </w:r>
    </w:p>
    <w:p w14:paraId="5FE98223" w14:textId="6718D929" w:rsidR="00B94365" w:rsidRDefault="00B94365" w:rsidP="00B94365">
      <w:pPr>
        <w:jc w:val="right"/>
        <w:rPr>
          <w:szCs w:val="24"/>
          <w:rtl/>
        </w:rPr>
      </w:pPr>
      <w:r w:rsidRPr="00B94365">
        <w:rPr>
          <w:szCs w:val="24"/>
          <w:rtl/>
        </w:rPr>
        <w:t>يغسل: يطهر بالماء</w:t>
      </w:r>
    </w:p>
    <w:p w14:paraId="7F2C03E6" w14:textId="4902D916" w:rsidR="00B94365" w:rsidRDefault="00B94365" w:rsidP="00B94365">
      <w:pPr>
        <w:jc w:val="right"/>
        <w:rPr>
          <w:szCs w:val="24"/>
          <w:rtl/>
        </w:rPr>
      </w:pPr>
      <w:r w:rsidRPr="00B94365">
        <w:rPr>
          <w:szCs w:val="24"/>
          <w:rtl/>
        </w:rPr>
        <w:t>كيس صغير: حقيبة صغيرة</w:t>
      </w:r>
    </w:p>
    <w:p w14:paraId="0F2B7398" w14:textId="55B2A50B" w:rsidR="00B94365" w:rsidRPr="00B94365" w:rsidRDefault="00B94365" w:rsidP="00B94365">
      <w:pPr>
        <w:jc w:val="right"/>
        <w:rPr>
          <w:szCs w:val="24"/>
        </w:rPr>
      </w:pPr>
      <w:r w:rsidRPr="00B94365">
        <w:rPr>
          <w:szCs w:val="24"/>
          <w:rtl/>
        </w:rPr>
        <w:t>يحصد: يقطع المحصول بالمنجل</w:t>
      </w:r>
    </w:p>
    <w:p w14:paraId="3FCDA241" w14:textId="77777777" w:rsidR="00B94365" w:rsidRDefault="00B94365" w:rsidP="00B94365">
      <w:pPr>
        <w:jc w:val="right"/>
        <w:rPr>
          <w:sz w:val="44"/>
          <w:rtl/>
        </w:rPr>
      </w:pPr>
      <w:r w:rsidRPr="00B94365">
        <w:rPr>
          <w:b/>
          <w:bCs/>
          <w:rtl/>
        </w:rPr>
        <w:t>الموضوع</w:t>
      </w:r>
      <w:r>
        <w:rPr>
          <w:rFonts w:hint="cs"/>
          <w:sz w:val="44"/>
          <w:rtl/>
        </w:rPr>
        <w:t>:</w:t>
      </w:r>
    </w:p>
    <w:p w14:paraId="5AB22CE5" w14:textId="5B9828B9" w:rsidR="00D17599" w:rsidRPr="00B94365" w:rsidRDefault="00B94365" w:rsidP="00B94365">
      <w:pPr>
        <w:jc w:val="right"/>
        <w:rPr>
          <w:sz w:val="44"/>
        </w:rPr>
      </w:pPr>
      <w:r w:rsidRPr="00B94365">
        <w:rPr>
          <w:sz w:val="44"/>
          <w:rtl/>
        </w:rPr>
        <w:t>محاولة الصياد أن يُهدي الأطفال الأرنب الأزرق</w:t>
      </w:r>
      <w:r>
        <w:rPr>
          <w:rFonts w:hint="cs"/>
          <w:sz w:val="44"/>
          <w:rtl/>
        </w:rPr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7654"/>
        <w:gridCol w:w="6236"/>
      </w:tblGrid>
      <w:tr w:rsidR="00D17599" w14:paraId="773DF85D" w14:textId="77777777">
        <w:trPr>
          <w:jc w:val="center"/>
        </w:trPr>
        <w:tc>
          <w:tcPr>
            <w:tcW w:w="7654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713499" w14:textId="0DDE5670" w:rsidR="00D17599" w:rsidRPr="002823C2" w:rsidRDefault="00D17599">
            <w:pPr>
              <w:spacing w:after="0"/>
              <w:rPr>
                <w:lang w:val="ru-RU"/>
              </w:rPr>
            </w:pPr>
          </w:p>
        </w:tc>
        <w:tc>
          <w:tcPr>
            <w:tcW w:w="6236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FB782C" w14:textId="77777777" w:rsidR="00D17599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CD9B49" wp14:editId="09CB0CA0">
                  <wp:extent cx="2880000" cy="375804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bbit_p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375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6DFEF6" w14:textId="77777777" w:rsidR="00D17599" w:rsidRDefault="00000000">
      <w:r>
        <w:br w:type="page"/>
      </w:r>
    </w:p>
    <w:p w14:paraId="41B324E3" w14:textId="2A489A45" w:rsidR="00B94365" w:rsidRPr="00B94365" w:rsidRDefault="00B94365" w:rsidP="00B94365">
      <w:pPr>
        <w:jc w:val="right"/>
        <w:rPr>
          <w:sz w:val="40"/>
        </w:rPr>
      </w:pPr>
      <w:r w:rsidRPr="00B94365">
        <w:rPr>
          <w:sz w:val="40"/>
          <w:rtl/>
          <w:lang w:val="ru-RU"/>
        </w:rPr>
        <w:lastRenderedPageBreak/>
        <w:t>وُلد دُشان (</w:t>
      </w:r>
      <w:proofErr w:type="spellStart"/>
      <w:r w:rsidRPr="00B94365">
        <w:rPr>
          <w:sz w:val="40"/>
          <w:rtl/>
          <w:lang w:val="ru-RU"/>
        </w:rPr>
        <w:t>دوشكو</w:t>
      </w:r>
      <w:proofErr w:type="spellEnd"/>
      <w:r w:rsidRPr="00B94365">
        <w:rPr>
          <w:sz w:val="40"/>
          <w:rtl/>
          <w:lang w:val="ru-RU"/>
        </w:rPr>
        <w:t xml:space="preserve">) </w:t>
      </w:r>
      <w:proofErr w:type="spellStart"/>
      <w:r w:rsidRPr="00B94365">
        <w:rPr>
          <w:sz w:val="40"/>
          <w:rtl/>
          <w:lang w:val="ru-RU"/>
        </w:rPr>
        <w:t>رادوفيتش</w:t>
      </w:r>
      <w:proofErr w:type="spellEnd"/>
      <w:r w:rsidRPr="00B94365">
        <w:rPr>
          <w:sz w:val="40"/>
          <w:rtl/>
          <w:lang w:val="ru-RU"/>
        </w:rPr>
        <w:t xml:space="preserve"> في مدينة نيش في 29 نوفمبر 1922، وهو كاتب وسيناريست وصحفي</w:t>
      </w:r>
      <w:r>
        <w:rPr>
          <w:rFonts w:hint="cs"/>
          <w:sz w:val="40"/>
          <w:rtl/>
        </w:rPr>
        <w:t>.</w:t>
      </w:r>
    </w:p>
    <w:p w14:paraId="109AF0CF" w14:textId="13BD49DC" w:rsidR="00B94365" w:rsidRPr="00B94365" w:rsidRDefault="00B94365" w:rsidP="00B94365">
      <w:pPr>
        <w:jc w:val="right"/>
        <w:rPr>
          <w:sz w:val="40"/>
        </w:rPr>
      </w:pPr>
      <w:r w:rsidRPr="00B94365">
        <w:rPr>
          <w:sz w:val="40"/>
          <w:rtl/>
          <w:lang w:val="ru-RU"/>
        </w:rPr>
        <w:t>كان رئيس تحرير صحيفة “أخبار الرواد”، ومحرر برنامج الأطفال في إذاعة بلغراد، وكذلك محرر صحيفة “</w:t>
      </w:r>
      <w:proofErr w:type="spellStart"/>
      <w:r w:rsidRPr="00B94365">
        <w:rPr>
          <w:sz w:val="40"/>
          <w:rtl/>
          <w:lang w:val="ru-RU"/>
        </w:rPr>
        <w:t>بوليطاراك</w:t>
      </w:r>
      <w:proofErr w:type="spellEnd"/>
      <w:r>
        <w:rPr>
          <w:rFonts w:hint="cs"/>
          <w:sz w:val="40"/>
          <w:rtl/>
          <w:lang w:val="ru-RU"/>
        </w:rPr>
        <w:t>.</w:t>
      </w:r>
    </w:p>
    <w:p w14:paraId="2314EE99" w14:textId="760BDC92" w:rsidR="00B94365" w:rsidRPr="00B94365" w:rsidRDefault="00B94365" w:rsidP="00B94365">
      <w:pPr>
        <w:jc w:val="right"/>
        <w:rPr>
          <w:sz w:val="40"/>
        </w:rPr>
      </w:pPr>
      <w:r w:rsidRPr="00B94365">
        <w:rPr>
          <w:sz w:val="40"/>
          <w:rtl/>
          <w:lang w:val="ru-RU"/>
        </w:rPr>
        <w:t xml:space="preserve">نشر كتب شعر للأطفال مثل: “الكابتن جون </w:t>
      </w:r>
      <w:proofErr w:type="spellStart"/>
      <w:r w:rsidRPr="00B94365">
        <w:rPr>
          <w:sz w:val="40"/>
          <w:rtl/>
          <w:lang w:val="ru-RU"/>
        </w:rPr>
        <w:t>بيبلفوكس</w:t>
      </w:r>
      <w:proofErr w:type="spellEnd"/>
      <w:r w:rsidRPr="00B94365">
        <w:rPr>
          <w:sz w:val="40"/>
          <w:rtl/>
          <w:lang w:val="ru-RU"/>
        </w:rPr>
        <w:t>”، “أيتها الأطفال المحترمون”، “كلمات مضحكة”، “أحكي لك قصة</w:t>
      </w:r>
      <w:r>
        <w:rPr>
          <w:rFonts w:hint="cs"/>
          <w:sz w:val="40"/>
          <w:rtl/>
          <w:lang w:val="ru-RU"/>
        </w:rPr>
        <w:t>.</w:t>
      </w:r>
    </w:p>
    <w:p w14:paraId="75121C4D" w14:textId="37CFA1B0" w:rsidR="00B94365" w:rsidRPr="00B94365" w:rsidRDefault="00B94365" w:rsidP="00B94365">
      <w:pPr>
        <w:jc w:val="right"/>
        <w:rPr>
          <w:sz w:val="40"/>
        </w:rPr>
      </w:pPr>
      <w:r w:rsidRPr="00B94365">
        <w:rPr>
          <w:sz w:val="40"/>
          <w:rtl/>
          <w:lang w:val="ru-RU"/>
        </w:rPr>
        <w:t>وأصبحت بعض قصائده أغانٍ شهيرة للأطفال قدمها كورال الأطفال “</w:t>
      </w:r>
      <w:proofErr w:type="spellStart"/>
      <w:r w:rsidRPr="00B94365">
        <w:rPr>
          <w:sz w:val="40"/>
          <w:rtl/>
          <w:lang w:val="ru-RU"/>
        </w:rPr>
        <w:t>كوليبري</w:t>
      </w:r>
      <w:proofErr w:type="spellEnd"/>
      <w:r>
        <w:rPr>
          <w:rFonts w:hint="cs"/>
          <w:sz w:val="40"/>
          <w:rtl/>
        </w:rPr>
        <w:t>.</w:t>
      </w:r>
    </w:p>
    <w:p w14:paraId="52D4A311" w14:textId="02C9043D" w:rsidR="00B94365" w:rsidRPr="00B94365" w:rsidRDefault="00B94365" w:rsidP="00B94365">
      <w:pPr>
        <w:jc w:val="right"/>
        <w:rPr>
          <w:sz w:val="40"/>
        </w:rPr>
      </w:pPr>
      <w:r w:rsidRPr="00B94365">
        <w:rPr>
          <w:sz w:val="40"/>
          <w:rtl/>
          <w:lang w:val="ru-RU"/>
        </w:rPr>
        <w:t>توفي في 16 أغسطس 1984 في بلغراد</w:t>
      </w:r>
      <w:r>
        <w:rPr>
          <w:rFonts w:hint="cs"/>
          <w:sz w:val="40"/>
          <w:rtl/>
        </w:rPr>
        <w:t>.</w:t>
      </w:r>
    </w:p>
    <w:p w14:paraId="3DC11380" w14:textId="77777777" w:rsidR="00D17599" w:rsidRDefault="00000000">
      <w:pPr>
        <w:jc w:val="right"/>
      </w:pPr>
      <w:r>
        <w:rPr>
          <w:noProof/>
        </w:rPr>
        <w:drawing>
          <wp:inline distT="0" distB="0" distL="0" distR="0" wp14:anchorId="4DB00614" wp14:editId="74E610B1">
            <wp:extent cx="2304000" cy="20077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rait_page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200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5E9F2" w14:textId="77777777" w:rsidR="00D17599" w:rsidRDefault="00000000">
      <w:r>
        <w:br w:type="page"/>
      </w:r>
    </w:p>
    <w:p w14:paraId="08889883" w14:textId="4469D052" w:rsidR="00F95CE3" w:rsidRPr="00F95CE3" w:rsidRDefault="00F95CE3" w:rsidP="00F95CE3">
      <w:pPr>
        <w:jc w:val="center"/>
        <w:rPr>
          <w:b/>
          <w:bCs/>
          <w:sz w:val="28"/>
          <w:szCs w:val="28"/>
          <w:lang w:val="en-GB"/>
        </w:rPr>
      </w:pPr>
      <w:r w:rsidRPr="00F95CE3">
        <w:rPr>
          <w:b/>
          <w:bCs/>
          <w:sz w:val="28"/>
          <w:szCs w:val="28"/>
          <w:rtl/>
          <w:lang w:val="ru-RU"/>
        </w:rPr>
        <w:lastRenderedPageBreak/>
        <w:t>الواجب المنزلي</w:t>
      </w:r>
      <w:r w:rsidRPr="00F95CE3">
        <w:rPr>
          <w:b/>
          <w:bCs/>
          <w:sz w:val="28"/>
          <w:szCs w:val="28"/>
        </w:rPr>
        <w:br/>
      </w:r>
      <w:r w:rsidRPr="00F95CE3">
        <w:rPr>
          <w:b/>
          <w:bCs/>
          <w:sz w:val="28"/>
          <w:szCs w:val="28"/>
          <w:rtl/>
          <w:lang w:val="ru-RU"/>
        </w:rPr>
        <w:t xml:space="preserve">في القصيدة ابحث واكتب في الدفتر جميع الكلمات التي </w:t>
      </w:r>
      <w:proofErr w:type="spellStart"/>
      <w:r w:rsidRPr="00F95CE3">
        <w:rPr>
          <w:b/>
          <w:bCs/>
          <w:sz w:val="28"/>
          <w:szCs w:val="28"/>
          <w:rtl/>
          <w:lang w:val="ru-RU"/>
        </w:rPr>
        <w:t>تتقافى</w:t>
      </w:r>
      <w:proofErr w:type="spellEnd"/>
      <w:r w:rsidRPr="00F95CE3">
        <w:rPr>
          <w:b/>
          <w:bCs/>
          <w:sz w:val="28"/>
          <w:szCs w:val="28"/>
          <w:rtl/>
          <w:lang w:val="ru-RU"/>
        </w:rPr>
        <w:t xml:space="preserve"> (تنتهي بصوت متشابه)</w:t>
      </w:r>
    </w:p>
    <w:p w14:paraId="64DBEB0E" w14:textId="77777777" w:rsidR="00D17599" w:rsidRDefault="00000000">
      <w:pPr>
        <w:jc w:val="center"/>
      </w:pPr>
      <w:r>
        <w:rPr>
          <w:noProof/>
        </w:rPr>
        <w:drawing>
          <wp:inline distT="0" distB="0" distL="0" distR="0" wp14:anchorId="391B57ED" wp14:editId="6909023A">
            <wp:extent cx="2700000" cy="2053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bbit_page4_clea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599" w:rsidSect="00034616">
      <w:pgSz w:w="16838" w:h="11906" w:orient="landscape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D64142"/>
    <w:multiLevelType w:val="multilevel"/>
    <w:tmpl w:val="99D8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4648647">
    <w:abstractNumId w:val="8"/>
  </w:num>
  <w:num w:numId="2" w16cid:durableId="1473668851">
    <w:abstractNumId w:val="6"/>
  </w:num>
  <w:num w:numId="3" w16cid:durableId="2069957418">
    <w:abstractNumId w:val="5"/>
  </w:num>
  <w:num w:numId="4" w16cid:durableId="1459572256">
    <w:abstractNumId w:val="4"/>
  </w:num>
  <w:num w:numId="5" w16cid:durableId="722942410">
    <w:abstractNumId w:val="7"/>
  </w:num>
  <w:num w:numId="6" w16cid:durableId="758452743">
    <w:abstractNumId w:val="3"/>
  </w:num>
  <w:num w:numId="7" w16cid:durableId="849098786">
    <w:abstractNumId w:val="2"/>
  </w:num>
  <w:num w:numId="8" w16cid:durableId="246311299">
    <w:abstractNumId w:val="1"/>
  </w:num>
  <w:num w:numId="9" w16cid:durableId="81724431">
    <w:abstractNumId w:val="0"/>
  </w:num>
  <w:num w:numId="10" w16cid:durableId="19223999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23C2"/>
    <w:rsid w:val="0029639D"/>
    <w:rsid w:val="00326F90"/>
    <w:rsid w:val="00AA1D8D"/>
    <w:rsid w:val="00B47730"/>
    <w:rsid w:val="00B94365"/>
    <w:rsid w:val="00CB0664"/>
    <w:rsid w:val="00D17599"/>
    <w:rsid w:val="00ED4AD2"/>
    <w:rsid w:val="00F95C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B86C64"/>
  <w14:defaultImageDpi w14:val="300"/>
  <w15:docId w15:val="{069AA5EC-01D5-456D-87A6-D8B8B010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Yousef Amro</cp:lastModifiedBy>
  <cp:revision>3</cp:revision>
  <dcterms:created xsi:type="dcterms:W3CDTF">2013-12-23T23:15:00Z</dcterms:created>
  <dcterms:modified xsi:type="dcterms:W3CDTF">2026-05-23T23:47:00Z</dcterms:modified>
  <cp:category/>
</cp:coreProperties>
</file>