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18E2A" w14:textId="77777777" w:rsidR="00102D89" w:rsidRDefault="00000000">
      <w:pPr>
        <w:spacing w:after="240" w:line="240" w:lineRule="auto"/>
      </w:pPr>
      <w:r>
        <w:rPr>
          <w:b/>
          <w:sz w:val="26"/>
        </w:rPr>
        <w:t>Изглед табле</w:t>
      </w:r>
    </w:p>
    <w:tbl>
      <w:tblPr>
        <w:tblW w:w="9200" w:type="dxa"/>
        <w:jc w:val="center"/>
        <w:tblLook w:val="04A0" w:firstRow="1" w:lastRow="0" w:firstColumn="1" w:lastColumn="0" w:noHBand="0" w:noVBand="1"/>
      </w:tblPr>
      <w:tblGrid>
        <w:gridCol w:w="9200"/>
      </w:tblGrid>
      <w:tr w:rsidR="00102D89" w14:paraId="024A8109" w14:textId="77777777">
        <w:trPr>
          <w:jc w:val="center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0" w:type="dxa"/>
              <w:left w:w="170" w:type="dxa"/>
              <w:bottom w:w="170" w:type="dxa"/>
              <w:right w:w="170" w:type="dxa"/>
            </w:tcMar>
          </w:tcPr>
          <w:p w14:paraId="52A7B9F9" w14:textId="77777777" w:rsidR="00102D89" w:rsidRDefault="00000000">
            <w:pPr>
              <w:spacing w:after="160"/>
              <w:jc w:val="center"/>
            </w:pPr>
            <w:r>
              <w:rPr>
                <w:b/>
                <w:sz w:val="25"/>
              </w:rPr>
              <w:t>„Ено где лети цвет“        20.4.2026.</w:t>
            </w:r>
          </w:p>
          <w:p w14:paraId="07966D29" w14:textId="77777777" w:rsidR="00102D89" w:rsidRDefault="00000000">
            <w:pPr>
              <w:spacing w:after="480" w:line="240" w:lineRule="auto"/>
              <w:jc w:val="center"/>
            </w:pPr>
            <w:r>
              <w:rPr>
                <w:b/>
                <w:sz w:val="25"/>
              </w:rPr>
              <w:t>Феликс Салтен</w:t>
            </w:r>
          </w:p>
          <w:p w14:paraId="30E6805B" w14:textId="77777777" w:rsidR="00102D89" w:rsidRDefault="00000000">
            <w:pPr>
              <w:spacing w:after="200" w:line="240" w:lineRule="auto"/>
            </w:pPr>
            <w:r>
              <w:rPr>
                <w:b/>
                <w:sz w:val="25"/>
              </w:rPr>
              <w:t>Непознате речи:</w:t>
            </w:r>
          </w:p>
          <w:p w14:paraId="15D70152" w14:textId="77777777" w:rsidR="00102D89" w:rsidRDefault="00000000">
            <w:pPr>
              <w:spacing w:after="160" w:line="240" w:lineRule="auto"/>
            </w:pPr>
            <w:r>
              <w:rPr>
                <w:b/>
              </w:rPr>
              <w:t xml:space="preserve">красуљак (тратиинчица) - </w:t>
            </w:r>
            <w:r>
              <w:t>бела рада, цвет који расте на ливади или травњацима.</w:t>
            </w:r>
          </w:p>
          <w:p w14:paraId="745A6D98" w14:textId="77777777" w:rsidR="00102D89" w:rsidRDefault="00000000">
            <w:pPr>
              <w:spacing w:after="160" w:line="240" w:lineRule="auto"/>
            </w:pPr>
            <w:r>
              <w:rPr>
                <w:b/>
              </w:rPr>
              <w:t xml:space="preserve">Колебљив - </w:t>
            </w:r>
            <w:r>
              <w:t>неодлучан, који се двоуми.</w:t>
            </w:r>
          </w:p>
          <w:p w14:paraId="4C2B5302" w14:textId="77777777" w:rsidR="00102D89" w:rsidRDefault="00000000">
            <w:pPr>
              <w:spacing w:after="160" w:line="240" w:lineRule="auto"/>
            </w:pPr>
            <w:r>
              <w:rPr>
                <w:b/>
              </w:rPr>
              <w:t xml:space="preserve">Комешати се - </w:t>
            </w:r>
            <w:r>
              <w:t>кретати се у свим правцима, мешати се.</w:t>
            </w:r>
          </w:p>
          <w:p w14:paraId="351C580E" w14:textId="77777777" w:rsidR="00102D89" w:rsidRDefault="00000000">
            <w:pPr>
              <w:spacing w:after="160" w:line="240" w:lineRule="auto"/>
            </w:pPr>
            <w:r>
              <w:rPr>
                <w:b/>
              </w:rPr>
              <w:t xml:space="preserve">Тема: </w:t>
            </w:r>
            <w:r>
              <w:t>Бамбијев први сусрет са ливадом</w:t>
            </w:r>
          </w:p>
          <w:p w14:paraId="1B6AF33F" w14:textId="77777777" w:rsidR="00102D89" w:rsidRDefault="00000000">
            <w:pPr>
              <w:spacing w:after="160" w:line="240" w:lineRule="auto"/>
            </w:pPr>
            <w:r>
              <w:rPr>
                <w:b/>
              </w:rPr>
              <w:t xml:space="preserve">Место радње: </w:t>
            </w:r>
            <w:r>
              <w:t>ливада</w:t>
            </w:r>
          </w:p>
          <w:p w14:paraId="71026969" w14:textId="77777777" w:rsidR="00102D89" w:rsidRDefault="00000000">
            <w:pPr>
              <w:spacing w:after="160" w:line="240" w:lineRule="auto"/>
            </w:pPr>
            <w:r>
              <w:rPr>
                <w:b/>
              </w:rPr>
              <w:t xml:space="preserve">Време радње: </w:t>
            </w:r>
            <w:r>
              <w:t>пролеће</w:t>
            </w:r>
          </w:p>
          <w:p w14:paraId="0492E3D3" w14:textId="77777777" w:rsidR="00102D89" w:rsidRDefault="00000000">
            <w:pPr>
              <w:spacing w:after="160" w:line="240" w:lineRule="auto"/>
            </w:pPr>
            <w:r>
              <w:rPr>
                <w:b/>
              </w:rPr>
              <w:t xml:space="preserve">Ликови: </w:t>
            </w:r>
            <w:r>
              <w:t>Бамби, мајка, биљке, животиње</w:t>
            </w:r>
          </w:p>
          <w:p w14:paraId="123AC0BD" w14:textId="77777777" w:rsidR="00102D89" w:rsidRDefault="00000000">
            <w:pPr>
              <w:spacing w:after="160" w:line="240" w:lineRule="auto"/>
            </w:pPr>
            <w:r>
              <w:rPr>
                <w:b/>
              </w:rPr>
              <w:t xml:space="preserve">Особине Бамбија: </w:t>
            </w:r>
            <w:r>
              <w:t>радознао, зачуђен, узбуђен, радостан, задивљен</w:t>
            </w:r>
          </w:p>
          <w:p w14:paraId="7300D724" w14:textId="77777777" w:rsidR="00102D89" w:rsidRDefault="00000000">
            <w:pPr>
              <w:spacing w:line="240" w:lineRule="auto"/>
            </w:pPr>
            <w:r>
              <w:rPr>
                <w:b/>
              </w:rPr>
              <w:t xml:space="preserve">Порука: </w:t>
            </w:r>
            <w:r>
              <w:t>Треба умети уживати у лепотама природе. Лепоте има свуда око нас, само је треба уочити.</w:t>
            </w:r>
          </w:p>
        </w:tc>
      </w:tr>
    </w:tbl>
    <w:p w14:paraId="7F44DA9B" w14:textId="77777777" w:rsidR="00102D89" w:rsidRDefault="00000000">
      <w:pPr>
        <w:spacing w:before="160" w:after="80" w:line="240" w:lineRule="auto"/>
      </w:pPr>
      <w:r>
        <w:rPr>
          <w:b/>
        </w:rPr>
        <w:t>Прилог 1</w:t>
      </w:r>
    </w:p>
    <w:p w14:paraId="0F837030" w14:textId="77777777" w:rsidR="00102D89" w:rsidRDefault="00000000">
      <w:r>
        <w:rPr>
          <w:noProof/>
        </w:rPr>
        <w:drawing>
          <wp:inline distT="0" distB="0" distL="0" distR="0" wp14:anchorId="068E0616" wp14:editId="118C2EBF">
            <wp:extent cx="2880000" cy="17501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mbi_p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75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3A001" w14:textId="77777777" w:rsidR="00102D89" w:rsidRDefault="00000000">
      <w:r>
        <w:br w:type="page"/>
      </w:r>
    </w:p>
    <w:p w14:paraId="2ECE138A" w14:textId="77777777" w:rsidR="00102D89" w:rsidRDefault="00000000">
      <w:pPr>
        <w:spacing w:after="40" w:line="240" w:lineRule="auto"/>
      </w:pPr>
      <w:r>
        <w:rPr>
          <w:b/>
        </w:rPr>
        <w:lastRenderedPageBreak/>
        <w:t>Прилог 2</w:t>
      </w:r>
    </w:p>
    <w:tbl>
      <w:tblPr>
        <w:tblW w:w="9300" w:type="dxa"/>
        <w:jc w:val="center"/>
        <w:tblLook w:val="04A0" w:firstRow="1" w:lastRow="0" w:firstColumn="1" w:lastColumn="0" w:noHBand="0" w:noVBand="1"/>
      </w:tblPr>
      <w:tblGrid>
        <w:gridCol w:w="4638"/>
        <w:gridCol w:w="4662"/>
      </w:tblGrid>
      <w:tr w:rsidR="00102D89" w14:paraId="16D78A5A" w14:textId="77777777">
        <w:trPr>
          <w:jc w:val="center"/>
        </w:trPr>
        <w:tc>
          <w:tcPr>
            <w:tcW w:w="510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32D0726B" w14:textId="77777777" w:rsidR="00102D89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EA0411" wp14:editId="115A5990">
                  <wp:extent cx="742769" cy="1626726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rtrait_p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510" cy="164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1C2522F" w14:textId="77777777" w:rsidR="00102D89" w:rsidRDefault="00000000">
            <w:pPr>
              <w:spacing w:line="240" w:lineRule="auto"/>
            </w:pPr>
            <w:r>
              <w:rPr>
                <w:sz w:val="21"/>
              </w:rPr>
              <w:t>Феликс Салтен се заправо звао Сигмунд Салзман. Рођен 1869. године у Будимпешти, још као дете доселио се са родитељима у Беч где је завршио гимназију. Радио је као новинар и књижевник у разним бечким листовима. Највећу популарност постигао је написавши књигу „Бамби”, која је једна од најомиљенијих из животињског света свих времена. „Бамби” ће очарати не само децу, већ и одрасле.</w:t>
            </w:r>
          </w:p>
        </w:tc>
      </w:tr>
    </w:tbl>
    <w:p w14:paraId="65E357CB" w14:textId="77777777" w:rsidR="00102D89" w:rsidRDefault="00102D89">
      <w:pPr>
        <w:spacing w:after="80" w:line="240" w:lineRule="auto"/>
      </w:pPr>
    </w:p>
    <w:p w14:paraId="5DABE0F5" w14:textId="77777777" w:rsidR="00102D89" w:rsidRDefault="00000000">
      <w:pPr>
        <w:spacing w:line="240" w:lineRule="auto"/>
      </w:pPr>
      <w:r>
        <w:rPr>
          <w:b/>
        </w:rPr>
        <w:t>Прилог 3</w:t>
      </w:r>
    </w:p>
    <w:p w14:paraId="25E20B85" w14:textId="77777777" w:rsidR="00102D89" w:rsidRDefault="00000000">
      <w:pPr>
        <w:spacing w:after="160" w:line="240" w:lineRule="auto"/>
        <w:jc w:val="center"/>
      </w:pPr>
      <w:r>
        <w:t>Домаћи задатак</w:t>
      </w:r>
    </w:p>
    <w:p w14:paraId="6BE0B219" w14:textId="77777777" w:rsidR="00102D89" w:rsidRDefault="00000000">
      <w:pPr>
        <w:spacing w:after="160" w:line="240" w:lineRule="auto"/>
        <w:jc w:val="center"/>
      </w:pPr>
      <w:r>
        <w:t>„Ено где лети цвет“</w:t>
      </w:r>
    </w:p>
    <w:p w14:paraId="261D5F8C" w14:textId="77777777" w:rsidR="00102D89" w:rsidRDefault="00000000">
      <w:pPr>
        <w:spacing w:after="80" w:line="240" w:lineRule="auto"/>
        <w:jc w:val="center"/>
      </w:pPr>
      <w:r>
        <w:t>______________________________</w:t>
      </w:r>
    </w:p>
    <w:p w14:paraId="4FE73814" w14:textId="77777777" w:rsidR="00102D89" w:rsidRDefault="00000000">
      <w:pPr>
        <w:spacing w:after="200" w:line="240" w:lineRule="auto"/>
        <w:jc w:val="center"/>
      </w:pPr>
      <w:r>
        <w:rPr>
          <w:sz w:val="22"/>
        </w:rPr>
        <w:t>(На линији напиши име и презиме аутора)</w:t>
      </w:r>
    </w:p>
    <w:p w14:paraId="745F3646" w14:textId="77777777" w:rsidR="00102D89" w:rsidRDefault="00000000">
      <w:pPr>
        <w:spacing w:after="120"/>
      </w:pPr>
      <w:r>
        <w:t>1.     Подвуци Бамбијеве особине.</w:t>
      </w:r>
    </w:p>
    <w:p w14:paraId="03B20190" w14:textId="77777777" w:rsidR="00102D89" w:rsidRDefault="00000000">
      <w:pPr>
        <w:spacing w:after="200" w:line="240" w:lineRule="auto"/>
      </w:pPr>
      <w:r>
        <w:t>Радознао   тужан   узбуђен   безосећајан   љубазан</w:t>
      </w:r>
    </w:p>
    <w:p w14:paraId="5EF2949A" w14:textId="77777777" w:rsidR="00102D89" w:rsidRDefault="00000000">
      <w:pPr>
        <w:spacing w:after="160" w:line="240" w:lineRule="auto"/>
      </w:pPr>
      <w:r>
        <w:t>2. У првој реченици текста пронађи речи које описују дате речи и напиши их на линијама</w:t>
      </w:r>
    </w:p>
    <w:p w14:paraId="1B3BC6FE" w14:textId="77777777" w:rsidR="00102D89" w:rsidRDefault="00000000">
      <w:pPr>
        <w:spacing w:after="120" w:line="240" w:lineRule="auto"/>
      </w:pPr>
      <w:r>
        <w:t>________________________ красуља</w:t>
      </w:r>
    </w:p>
    <w:p w14:paraId="5F4DB917" w14:textId="77777777" w:rsidR="00102D89" w:rsidRDefault="00000000">
      <w:pPr>
        <w:spacing w:after="120" w:line="240" w:lineRule="auto"/>
      </w:pPr>
      <w:r>
        <w:t>________________________ детелина</w:t>
      </w:r>
    </w:p>
    <w:p w14:paraId="43C297BF" w14:textId="77777777" w:rsidR="00102D89" w:rsidRDefault="00000000">
      <w:pPr>
        <w:spacing w:after="200" w:line="240" w:lineRule="auto"/>
      </w:pPr>
      <w:r>
        <w:t>________________, ________________, ________________ звезде</w:t>
      </w:r>
    </w:p>
    <w:p w14:paraId="1B4465E9" w14:textId="77777777" w:rsidR="00102D89" w:rsidRDefault="00000000">
      <w:pPr>
        <w:spacing w:after="80" w:line="240" w:lineRule="auto"/>
      </w:pPr>
      <w:r>
        <w:t>3. Спој реченице са називом врсте реченица којој припадају.</w:t>
      </w:r>
    </w:p>
    <w:tbl>
      <w:tblPr>
        <w:tblW w:w="9300" w:type="dxa"/>
        <w:jc w:val="center"/>
        <w:tblLook w:val="04A0" w:firstRow="1" w:lastRow="0" w:firstColumn="1" w:lastColumn="0" w:noHBand="0" w:noVBand="1"/>
      </w:tblPr>
      <w:tblGrid>
        <w:gridCol w:w="4647"/>
        <w:gridCol w:w="4653"/>
      </w:tblGrid>
      <w:tr w:rsidR="00102D89" w14:paraId="6E782095" w14:textId="77777777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14:paraId="2A066839" w14:textId="77777777" w:rsidR="00102D89" w:rsidRDefault="00000000">
            <w:pPr>
              <w:spacing w:after="80"/>
            </w:pPr>
            <w:r>
              <w:t>Бамби је гледао за сваким лептиром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14:paraId="52D91E9C" w14:textId="77777777" w:rsidR="00102D89" w:rsidRDefault="00000000">
            <w:pPr>
              <w:spacing w:after="80"/>
            </w:pPr>
            <w:r>
              <w:t>Узвична реченица</w:t>
            </w:r>
          </w:p>
        </w:tc>
      </w:tr>
      <w:tr w:rsidR="00102D89" w14:paraId="4B34663B" w14:textId="77777777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14:paraId="1186F323" w14:textId="77777777" w:rsidR="00102D89" w:rsidRDefault="00000000">
            <w:pPr>
              <w:spacing w:after="80"/>
            </w:pPr>
            <w:r>
              <w:t>Скакавчићу, да ли ме се плашиш?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14:paraId="012A34B3" w14:textId="77777777" w:rsidR="00102D89" w:rsidRDefault="00000000">
            <w:pPr>
              <w:spacing w:after="80"/>
            </w:pPr>
            <w:r>
              <w:t>Упитна реченица</w:t>
            </w:r>
          </w:p>
        </w:tc>
      </w:tr>
      <w:tr w:rsidR="00102D89" w14:paraId="5B7508C6" w14:textId="77777777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14:paraId="3442CFE9" w14:textId="77777777" w:rsidR="00102D89" w:rsidRDefault="00000000">
            <w:pPr>
              <w:spacing w:after="80"/>
            </w:pPr>
            <w:r>
              <w:t>Охо, како високо скаче!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14:paraId="022EE0DC" w14:textId="77777777" w:rsidR="00102D89" w:rsidRDefault="00000000">
            <w:pPr>
              <w:spacing w:after="80"/>
            </w:pPr>
            <w:r>
              <w:t>Обавештајна реченица</w:t>
            </w:r>
          </w:p>
        </w:tc>
      </w:tr>
      <w:tr w:rsidR="00102D89" w14:paraId="4D73A5CB" w14:textId="77777777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14:paraId="33DE7E42" w14:textId="77777777" w:rsidR="00102D89" w:rsidRDefault="00000000">
            <w:pPr>
              <w:spacing w:after="80"/>
            </w:pPr>
            <w:r>
              <w:t>Мама, сачекај ме!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14:paraId="799E6AC9" w14:textId="77777777" w:rsidR="00102D89" w:rsidRDefault="00000000">
            <w:pPr>
              <w:spacing w:after="80"/>
            </w:pPr>
            <w:r>
              <w:t>Заповедна реченица</w:t>
            </w:r>
          </w:p>
        </w:tc>
      </w:tr>
    </w:tbl>
    <w:p w14:paraId="68AC317D" w14:textId="77777777" w:rsidR="00102D89" w:rsidRDefault="00000000">
      <w:pPr>
        <w:spacing w:before="40" w:after="40"/>
        <w:jc w:val="center"/>
      </w:pPr>
      <w:r>
        <w:rPr>
          <w:noProof/>
        </w:rPr>
        <w:drawing>
          <wp:inline distT="0" distB="0" distL="0" distR="0" wp14:anchorId="03693265" wp14:editId="75BF02F0">
            <wp:extent cx="1655999" cy="134790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mbi_page2_clea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134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372F6" w14:textId="77777777" w:rsidR="00102D89" w:rsidRDefault="00000000">
      <w:pPr>
        <w:spacing w:line="240" w:lineRule="auto"/>
      </w:pPr>
      <w:r>
        <w:t>4. Илустровати причу у облику стрипа.</w:t>
      </w:r>
    </w:p>
    <w:sectPr w:rsidR="00102D89" w:rsidSect="00034616">
      <w:pgSz w:w="11906" w:h="16838"/>
      <w:pgMar w:top="794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69479">
    <w:abstractNumId w:val="8"/>
  </w:num>
  <w:num w:numId="2" w16cid:durableId="1232231236">
    <w:abstractNumId w:val="6"/>
  </w:num>
  <w:num w:numId="3" w16cid:durableId="1785808036">
    <w:abstractNumId w:val="5"/>
  </w:num>
  <w:num w:numId="4" w16cid:durableId="1008605869">
    <w:abstractNumId w:val="4"/>
  </w:num>
  <w:num w:numId="5" w16cid:durableId="877854860">
    <w:abstractNumId w:val="7"/>
  </w:num>
  <w:num w:numId="6" w16cid:durableId="2135634240">
    <w:abstractNumId w:val="3"/>
  </w:num>
  <w:num w:numId="7" w16cid:durableId="1463840584">
    <w:abstractNumId w:val="2"/>
  </w:num>
  <w:num w:numId="8" w16cid:durableId="177475832">
    <w:abstractNumId w:val="1"/>
  </w:num>
  <w:num w:numId="9" w16cid:durableId="995913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2D89"/>
    <w:rsid w:val="0015074B"/>
    <w:rsid w:val="0029639D"/>
    <w:rsid w:val="00326F90"/>
    <w:rsid w:val="00847FD5"/>
    <w:rsid w:val="009E699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BA4959"/>
  <w14:defaultImageDpi w14:val="300"/>
  <w15:docId w15:val="{E9DD1217-AD2D-4A09-8D53-97CD8C84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Српски језик - 2. разред - Ено где лети цвет</dc:title>
  <dc:subject/>
  <dc:creator/>
  <cp:keywords/>
  <dc:description/>
  <cp:lastModifiedBy>Gordana Pavlovic</cp:lastModifiedBy>
  <cp:revision>2</cp:revision>
  <dcterms:created xsi:type="dcterms:W3CDTF">2013-12-23T23:15:00Z</dcterms:created>
  <dcterms:modified xsi:type="dcterms:W3CDTF">2026-05-03T18:58:00Z</dcterms:modified>
  <cp:category/>
</cp:coreProperties>
</file>